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5"/>
      </w:tblGrid>
      <w:tr w:rsidR="00EE3E95" w14:paraId="63030395" w14:textId="77777777">
        <w:trPr>
          <w:cantSplit/>
          <w:jc w:val="center"/>
        </w:trPr>
        <w:tc>
          <w:tcPr>
            <w:tcW w:w="10035" w:type="dxa"/>
            <w:tcBorders>
              <w:bottom w:val="single" w:sz="16" w:space="0" w:color="C9A24A"/>
            </w:tcBorders>
            <w:shd w:val="clear" w:color="auto" w:fill="111111"/>
            <w:tcMar>
              <w:top w:w="180" w:type="dxa"/>
              <w:left w:w="180" w:type="dxa"/>
              <w:bottom w:w="160" w:type="dxa"/>
              <w:right w:w="180" w:type="dxa"/>
            </w:tcMar>
          </w:tcPr>
          <w:p w14:paraId="22FF1D04" w14:textId="77777777" w:rsidR="00EE3E95" w:rsidRDefault="00CF0589">
            <w:pPr>
              <w:spacing w:after="20" w:line="240" w:lineRule="auto"/>
              <w:jc w:val="center"/>
            </w:pPr>
            <w:r>
              <w:rPr>
                <w:rFonts w:ascii="Georgia" w:hAnsi="Georgia"/>
                <w:b/>
                <w:smallCaps/>
                <w:color w:val="C9A24A"/>
                <w:sz w:val="44"/>
              </w:rPr>
              <w:t>LEKKERSTOUT</w:t>
            </w:r>
          </w:p>
          <w:p w14:paraId="3008F746" w14:textId="77777777" w:rsidR="00EE3E95" w:rsidRDefault="00CF0589">
            <w:pPr>
              <w:spacing w:after="0" w:line="240" w:lineRule="auto"/>
              <w:jc w:val="center"/>
            </w:pPr>
            <w:r>
              <w:rPr>
                <w:color w:val="FFFFFF"/>
                <w:sz w:val="15"/>
              </w:rPr>
              <w:t>THE ART OF PURE DESIRE</w:t>
            </w:r>
          </w:p>
        </w:tc>
      </w:tr>
    </w:tbl>
    <w:p w14:paraId="05AD4C17" w14:textId="77777777" w:rsidR="00EE3E95" w:rsidRDefault="00CF0589">
      <w:pPr>
        <w:keepNext/>
        <w:spacing w:before="200" w:after="20" w:line="240" w:lineRule="auto"/>
        <w:jc w:val="center"/>
      </w:pPr>
      <w:r>
        <w:rPr>
          <w:rFonts w:ascii="Georgia" w:hAnsi="Georgia"/>
          <w:b/>
          <w:color w:val="111111"/>
          <w:sz w:val="35"/>
        </w:rPr>
        <w:t>MODELFORMULIER VOOR HERROEPING</w:t>
      </w:r>
    </w:p>
    <w:p w14:paraId="644CC37A" w14:textId="77777777" w:rsidR="00EE3E95" w:rsidRDefault="00CF0589">
      <w:pPr>
        <w:spacing w:after="160" w:line="240" w:lineRule="auto"/>
        <w:jc w:val="center"/>
      </w:pPr>
      <w:r>
        <w:rPr>
          <w:i/>
          <w:color w:val="6B6B6B"/>
          <w:sz w:val="19"/>
        </w:rPr>
        <w:t>Snel geregeld. Discreet afgehandeld.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EE3E95" w14:paraId="4A39514C" w14:textId="77777777">
        <w:trPr>
          <w:cantSplit/>
          <w:jc w:val="center"/>
        </w:trPr>
        <w:tc>
          <w:tcPr>
            <w:tcW w:w="10036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FF41734" w14:textId="77777777" w:rsidR="00EE3E95" w:rsidRDefault="00CF0589">
            <w:pPr>
              <w:spacing w:after="40" w:line="240" w:lineRule="auto"/>
            </w:pPr>
            <w:r>
              <w:rPr>
                <w:b/>
                <w:color w:val="111111"/>
                <w:sz w:val="19"/>
              </w:rPr>
              <w:t>Alleen invullen en terugsturen wanneer je de overeenkomst wilt herroepen.</w:t>
            </w:r>
          </w:p>
          <w:p w14:paraId="022B17B6" w14:textId="77777777" w:rsidR="00EE3E95" w:rsidRDefault="00CF0589">
            <w:pPr>
              <w:spacing w:after="0" w:line="240" w:lineRule="auto"/>
            </w:pPr>
            <w:r>
              <w:rPr>
                <w:color w:val="6B6B6B"/>
                <w:sz w:val="18"/>
              </w:rPr>
              <w:t xml:space="preserve">Mail het ingevulde formulier naar </w:t>
            </w:r>
            <w:r>
              <w:rPr>
                <w:b/>
                <w:color w:val="111111"/>
                <w:sz w:val="18"/>
              </w:rPr>
              <w:t>info@lekker-stout.nl</w:t>
            </w:r>
            <w:r>
              <w:rPr>
                <w:color w:val="6B6B6B"/>
                <w:sz w:val="18"/>
              </w:rPr>
              <w:t>. Je mag je herroeping ook op een andere duidelijke manier aan ons doorgeven.</w:t>
            </w:r>
          </w:p>
        </w:tc>
      </w:tr>
    </w:tbl>
    <w:p w14:paraId="13F0A296" w14:textId="77777777" w:rsidR="00EE3E95" w:rsidRDefault="00CF0589">
      <w:pPr>
        <w:keepNext/>
        <w:spacing w:before="160" w:after="60" w:line="240" w:lineRule="auto"/>
      </w:pPr>
      <w:r>
        <w:rPr>
          <w:b/>
          <w:color w:val="C9A24A"/>
        </w:rPr>
        <w:t>AAN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EE3E95" w14:paraId="5E710A93" w14:textId="77777777">
        <w:trPr>
          <w:cantSplit/>
          <w:jc w:val="center"/>
        </w:trPr>
        <w:tc>
          <w:tcPr>
            <w:tcW w:w="5018" w:type="dxa"/>
            <w:tcBorders>
              <w:top w:val="single" w:sz="8" w:space="0" w:color="E7E7E7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auto" w:fill="FAFAFA"/>
            <w:tcMar>
              <w:top w:w="110" w:type="dxa"/>
              <w:left w:w="135" w:type="dxa"/>
              <w:bottom w:w="110" w:type="dxa"/>
              <w:right w:w="135" w:type="dxa"/>
            </w:tcMar>
          </w:tcPr>
          <w:p w14:paraId="119A1409" w14:textId="77777777" w:rsidR="00EE3E95" w:rsidRDefault="00CF0589">
            <w:pPr>
              <w:spacing w:after="20" w:line="240" w:lineRule="auto"/>
            </w:pPr>
            <w:r>
              <w:rPr>
                <w:b/>
                <w:color w:val="111111"/>
              </w:rPr>
              <w:t>LekkerStout</w:t>
            </w:r>
          </w:p>
          <w:p w14:paraId="5EFF51F1" w14:textId="77777777" w:rsidR="00EE3E95" w:rsidRDefault="00CF0589">
            <w:pPr>
              <w:spacing w:after="0" w:line="240" w:lineRule="auto"/>
            </w:pPr>
            <w:r>
              <w:rPr>
                <w:color w:val="6B6B6B"/>
                <w:sz w:val="18"/>
              </w:rPr>
              <w:t>De Wigge 5</w:t>
            </w:r>
            <w:r>
              <w:rPr>
                <w:color w:val="6B6B6B"/>
                <w:sz w:val="18"/>
              </w:rPr>
              <w:br/>
              <w:t>1132 EG Volendam</w:t>
            </w:r>
            <w:r>
              <w:rPr>
                <w:color w:val="6B6B6B"/>
                <w:sz w:val="18"/>
              </w:rPr>
              <w:br/>
              <w:t>Nederland</w:t>
            </w:r>
          </w:p>
        </w:tc>
        <w:tc>
          <w:tcPr>
            <w:tcW w:w="5018" w:type="dxa"/>
            <w:tcBorders>
              <w:top w:val="single" w:sz="8" w:space="0" w:color="E7E7E7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auto" w:fill="FAFAFA"/>
            <w:tcMar>
              <w:top w:w="110" w:type="dxa"/>
              <w:left w:w="135" w:type="dxa"/>
              <w:bottom w:w="110" w:type="dxa"/>
              <w:right w:w="135" w:type="dxa"/>
            </w:tcMar>
          </w:tcPr>
          <w:p w14:paraId="03F77EFE" w14:textId="77777777" w:rsidR="00EE3E95" w:rsidRDefault="00CF0589">
            <w:pPr>
              <w:spacing w:after="20" w:line="240" w:lineRule="auto"/>
            </w:pPr>
            <w:r>
              <w:rPr>
                <w:b/>
                <w:color w:val="111111"/>
              </w:rPr>
              <w:t>Contact</w:t>
            </w:r>
          </w:p>
          <w:p w14:paraId="48CF9417" w14:textId="77777777" w:rsidR="00EE3E95" w:rsidRDefault="00CF0589">
            <w:pPr>
              <w:spacing w:after="0" w:line="240" w:lineRule="auto"/>
            </w:pPr>
            <w:r>
              <w:rPr>
                <w:color w:val="6B6B6B"/>
                <w:sz w:val="18"/>
              </w:rPr>
              <w:t>E-mail: info@lekker-stout.nl</w:t>
            </w:r>
            <w:r>
              <w:rPr>
                <w:color w:val="6B6B6B"/>
                <w:sz w:val="18"/>
              </w:rPr>
              <w:br/>
              <w:t>Website: www.lekker-stout.nl</w:t>
            </w:r>
          </w:p>
        </w:tc>
      </w:tr>
    </w:tbl>
    <w:p w14:paraId="31AF8989" w14:textId="77777777" w:rsidR="00EE3E95" w:rsidRDefault="00CF0589">
      <w:pPr>
        <w:spacing w:before="160" w:after="80" w:line="259" w:lineRule="auto"/>
      </w:pPr>
      <w:r>
        <w:rPr>
          <w:color w:val="111111"/>
        </w:rPr>
        <w:t>Hierbij deel ik/delen wij mee dat ik/wij de overeenkomst betreffende de verkoop van de hieronder genoemde goederen herroep/herroepen.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EE3E95" w14:paraId="16478CD9" w14:textId="77777777">
        <w:trPr>
          <w:cantSplit/>
          <w:jc w:val="center"/>
        </w:trPr>
        <w:tc>
          <w:tcPr>
            <w:tcW w:w="5018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3C2855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9"/>
              </w:rPr>
              <w:t>☐</w:t>
            </w:r>
            <w:r>
              <w:rPr>
                <w:b/>
                <w:color w:val="111111"/>
                <w:sz w:val="19"/>
              </w:rPr>
              <w:t xml:space="preserve">  Volledige bestelling</w:t>
            </w:r>
          </w:p>
        </w:tc>
        <w:tc>
          <w:tcPr>
            <w:tcW w:w="5018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CE41D5F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9"/>
              </w:rPr>
              <w:t>☐</w:t>
            </w:r>
            <w:r>
              <w:rPr>
                <w:b/>
                <w:color w:val="111111"/>
                <w:sz w:val="19"/>
              </w:rPr>
              <w:t xml:space="preserve">  Een deel van de bestelling</w:t>
            </w:r>
          </w:p>
        </w:tc>
      </w:tr>
    </w:tbl>
    <w:p w14:paraId="51F3114F" w14:textId="77777777" w:rsidR="00EE3E95" w:rsidRDefault="00CF0589">
      <w:pPr>
        <w:keepNext/>
        <w:spacing w:before="140" w:after="60" w:line="240" w:lineRule="auto"/>
      </w:pPr>
      <w:r>
        <w:rPr>
          <w:b/>
          <w:color w:val="C9A24A"/>
        </w:rPr>
        <w:t>GEGEVENS VAN DE HERROEPING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EE3E95" w14:paraId="44FAD11B" w14:textId="77777777">
        <w:trPr>
          <w:cantSplit/>
          <w:trHeight w:val="425"/>
          <w:jc w:val="center"/>
        </w:trPr>
        <w:tc>
          <w:tcPr>
            <w:tcW w:w="2835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74EBF18B" w14:textId="77777777" w:rsidR="00EE3E95" w:rsidRDefault="00CF0589">
            <w:pPr>
              <w:spacing w:after="0" w:line="240" w:lineRule="auto"/>
            </w:pPr>
            <w:proofErr w:type="spellStart"/>
            <w:r>
              <w:rPr>
                <w:b/>
                <w:color w:val="111111"/>
                <w:sz w:val="19"/>
              </w:rPr>
              <w:t>Bestelnummer</w:t>
            </w:r>
            <w:proofErr w:type="spellEnd"/>
            <w:r>
              <w:rPr>
                <w:b/>
                <w:color w:val="111111"/>
                <w:sz w:val="19"/>
              </w:rPr>
              <w:t xml:space="preserve"> </w:t>
            </w:r>
            <w:r>
              <w:rPr>
                <w:b/>
                <w:color w:val="111111"/>
                <w:sz w:val="19"/>
              </w:rPr>
              <w:t>(</w:t>
            </w:r>
            <w:proofErr w:type="spellStart"/>
            <w:r>
              <w:rPr>
                <w:b/>
                <w:color w:val="111111"/>
                <w:sz w:val="19"/>
              </w:rPr>
              <w:t>optioneel</w:t>
            </w:r>
            <w:proofErr w:type="spellEnd"/>
            <w:r>
              <w:rPr>
                <w:b/>
                <w:color w:val="111111"/>
                <w:sz w:val="19"/>
              </w:rPr>
              <w:t>)</w:t>
            </w:r>
          </w:p>
        </w:tc>
        <w:tc>
          <w:tcPr>
            <w:tcW w:w="6803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1A9E4647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8"/>
              </w:rPr>
              <w:t>Vul hier je bestelnummer in</w:t>
            </w:r>
          </w:p>
        </w:tc>
      </w:tr>
      <w:tr w:rsidR="00EE3E95" w14:paraId="76297DFB" w14:textId="77777777">
        <w:trPr>
          <w:cantSplit/>
          <w:trHeight w:val="425"/>
          <w:jc w:val="center"/>
        </w:trPr>
        <w:tc>
          <w:tcPr>
            <w:tcW w:w="2835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6534E54E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9"/>
              </w:rPr>
              <w:t>Besteld op</w:t>
            </w:r>
          </w:p>
        </w:tc>
        <w:tc>
          <w:tcPr>
            <w:tcW w:w="6803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394DBBC6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8"/>
              </w:rPr>
              <w:t>dd / mm / jjjj</w:t>
            </w:r>
          </w:p>
        </w:tc>
      </w:tr>
      <w:tr w:rsidR="00EE3E95" w14:paraId="1842D443" w14:textId="77777777">
        <w:trPr>
          <w:cantSplit/>
          <w:trHeight w:val="425"/>
          <w:jc w:val="center"/>
        </w:trPr>
        <w:tc>
          <w:tcPr>
            <w:tcW w:w="2835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30D30B55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9"/>
              </w:rPr>
              <w:t>Ontvangen op</w:t>
            </w:r>
          </w:p>
        </w:tc>
        <w:tc>
          <w:tcPr>
            <w:tcW w:w="6803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2B668D2D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8"/>
              </w:rPr>
              <w:t>dd / mm / jjjj</w:t>
            </w:r>
          </w:p>
        </w:tc>
      </w:tr>
      <w:tr w:rsidR="00EE3E95" w14:paraId="34B1A9DA" w14:textId="77777777">
        <w:trPr>
          <w:cantSplit/>
          <w:trHeight w:val="822"/>
          <w:jc w:val="center"/>
        </w:trPr>
        <w:tc>
          <w:tcPr>
            <w:tcW w:w="2835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56D5CACE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9"/>
              </w:rPr>
              <w:t>Goederen die je herroept</w:t>
            </w:r>
          </w:p>
        </w:tc>
        <w:tc>
          <w:tcPr>
            <w:tcW w:w="6803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62D23114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8"/>
              </w:rPr>
              <w:t>Noteer de productnaam of artikelomschrijving</w:t>
            </w:r>
          </w:p>
        </w:tc>
      </w:tr>
      <w:tr w:rsidR="00EE3E95" w14:paraId="78933C43" w14:textId="77777777">
        <w:trPr>
          <w:cantSplit/>
          <w:trHeight w:val="425"/>
          <w:jc w:val="center"/>
        </w:trPr>
        <w:tc>
          <w:tcPr>
            <w:tcW w:w="2835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1ECDE504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9"/>
              </w:rPr>
              <w:t>Naam consument(en)</w:t>
            </w:r>
          </w:p>
        </w:tc>
        <w:tc>
          <w:tcPr>
            <w:tcW w:w="6803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5BD7959B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8"/>
              </w:rPr>
              <w:t>Vul hier je volledige naam in</w:t>
            </w:r>
          </w:p>
        </w:tc>
      </w:tr>
      <w:tr w:rsidR="00EE3E95" w14:paraId="0239987B" w14:textId="77777777">
        <w:trPr>
          <w:cantSplit/>
          <w:trHeight w:val="567"/>
          <w:jc w:val="center"/>
        </w:trPr>
        <w:tc>
          <w:tcPr>
            <w:tcW w:w="2835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437BD831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9"/>
              </w:rPr>
              <w:t>Adres consument(en)</w:t>
            </w:r>
          </w:p>
        </w:tc>
        <w:tc>
          <w:tcPr>
            <w:tcW w:w="6803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0121A167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8"/>
              </w:rPr>
              <w:t>Straat, huisnummer, postcode en plaats</w:t>
            </w:r>
          </w:p>
        </w:tc>
      </w:tr>
      <w:tr w:rsidR="00EE3E95" w14:paraId="272D6442" w14:textId="77777777">
        <w:trPr>
          <w:cantSplit/>
          <w:trHeight w:val="425"/>
          <w:jc w:val="center"/>
        </w:trPr>
        <w:tc>
          <w:tcPr>
            <w:tcW w:w="2835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7F2E8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769B52AA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9"/>
              </w:rPr>
              <w:t>E-mailadres</w:t>
            </w:r>
          </w:p>
        </w:tc>
        <w:tc>
          <w:tcPr>
            <w:tcW w:w="6803" w:type="dxa"/>
            <w:tcBorders>
              <w:top w:val="single" w:sz="8" w:space="0" w:color="EAD9AE"/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3FBF4100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8"/>
              </w:rPr>
              <w:t>Vul hier je e-mailadres in</w:t>
            </w:r>
          </w:p>
        </w:tc>
      </w:tr>
    </w:tbl>
    <w:p w14:paraId="136C07DA" w14:textId="77777777" w:rsidR="00EE3E95" w:rsidRDefault="00CF0589">
      <w:pPr>
        <w:keepNext/>
        <w:spacing w:before="140" w:after="60" w:line="240" w:lineRule="auto"/>
      </w:pPr>
      <w:r>
        <w:rPr>
          <w:b/>
          <w:color w:val="C9A24A"/>
        </w:rPr>
        <w:t>ONDERTEKENING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EE3E95" w14:paraId="69D231B6" w14:textId="77777777">
        <w:trPr>
          <w:cantSplit/>
          <w:jc w:val="center"/>
        </w:trPr>
        <w:tc>
          <w:tcPr>
            <w:tcW w:w="5018" w:type="dxa"/>
            <w:tcBorders>
              <w:top w:val="single" w:sz="8" w:space="0" w:color="EAD9AE"/>
              <w:left w:val="single" w:sz="8" w:space="0" w:color="EAD9AE"/>
              <w:right w:val="single" w:sz="8" w:space="0" w:color="EAD9AE"/>
            </w:tcBorders>
            <w:shd w:val="clear" w:color="auto" w:fill="F7F2E8"/>
            <w:tcMar>
              <w:top w:w="70" w:type="dxa"/>
              <w:left w:w="110" w:type="dxa"/>
              <w:bottom w:w="60" w:type="dxa"/>
              <w:right w:w="110" w:type="dxa"/>
            </w:tcMar>
          </w:tcPr>
          <w:p w14:paraId="327601CD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8"/>
              </w:rPr>
              <w:t>Datum</w:t>
            </w:r>
          </w:p>
        </w:tc>
        <w:tc>
          <w:tcPr>
            <w:tcW w:w="5018" w:type="dxa"/>
            <w:tcBorders>
              <w:top w:val="single" w:sz="8" w:space="0" w:color="EAD9AE"/>
              <w:left w:val="single" w:sz="8" w:space="0" w:color="EAD9AE"/>
              <w:right w:val="single" w:sz="8" w:space="0" w:color="EAD9AE"/>
            </w:tcBorders>
            <w:shd w:val="clear" w:color="auto" w:fill="F7F2E8"/>
            <w:tcMar>
              <w:top w:w="70" w:type="dxa"/>
              <w:left w:w="110" w:type="dxa"/>
              <w:bottom w:w="60" w:type="dxa"/>
              <w:right w:w="110" w:type="dxa"/>
            </w:tcMar>
          </w:tcPr>
          <w:p w14:paraId="742FD383" w14:textId="77777777" w:rsidR="00EE3E95" w:rsidRDefault="00CF0589">
            <w:pPr>
              <w:spacing w:after="0" w:line="240" w:lineRule="auto"/>
            </w:pPr>
            <w:r>
              <w:rPr>
                <w:b/>
                <w:color w:val="111111"/>
                <w:sz w:val="18"/>
              </w:rPr>
              <w:t>Handtekening</w:t>
            </w:r>
          </w:p>
        </w:tc>
      </w:tr>
      <w:tr w:rsidR="00EE3E95" w14:paraId="29EE2B01" w14:textId="77777777">
        <w:trPr>
          <w:cantSplit/>
          <w:trHeight w:val="709"/>
          <w:jc w:val="center"/>
        </w:trPr>
        <w:tc>
          <w:tcPr>
            <w:tcW w:w="5018" w:type="dxa"/>
            <w:tcBorders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FCA0D53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7"/>
              </w:rPr>
              <w:t>dd / mm / jjjj</w:t>
            </w:r>
          </w:p>
        </w:tc>
        <w:tc>
          <w:tcPr>
            <w:tcW w:w="5018" w:type="dxa"/>
            <w:tcBorders>
              <w:left w:val="single" w:sz="8" w:space="0" w:color="EAD9AE"/>
              <w:bottom w:val="single" w:sz="8" w:space="0" w:color="EAD9AE"/>
              <w:right w:val="single" w:sz="8" w:space="0" w:color="EAD9AE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56E0CCF" w14:textId="77777777" w:rsidR="00EE3E95" w:rsidRDefault="00CF0589">
            <w:pPr>
              <w:spacing w:after="0" w:line="240" w:lineRule="auto"/>
            </w:pPr>
            <w:r>
              <w:rPr>
                <w:i/>
                <w:color w:val="8A8A8A"/>
                <w:sz w:val="17"/>
              </w:rPr>
              <w:t>Alleen nodig wanneer je dit formulier op papier verstuurt</w:t>
            </w:r>
          </w:p>
        </w:tc>
      </w:tr>
    </w:tbl>
    <w:p w14:paraId="30F49BFB" w14:textId="77777777" w:rsidR="00EE3E95" w:rsidRDefault="00CF0589">
      <w:pPr>
        <w:spacing w:before="120" w:after="40" w:line="240" w:lineRule="auto"/>
      </w:pPr>
      <w:r>
        <w:rPr>
          <w:b/>
          <w:color w:val="111111"/>
          <w:sz w:val="16"/>
        </w:rPr>
        <w:t xml:space="preserve">Let op: </w:t>
      </w:r>
      <w:r>
        <w:rPr>
          <w:color w:val="6B6B6B"/>
          <w:sz w:val="16"/>
        </w:rPr>
        <w:t>dit formulier is alleen de melding van je herroeping. Stuur artikelen pas terug nadat je de retourinstructies van LekkerStout hebt ontvangen.</w:t>
      </w:r>
    </w:p>
    <w:p w14:paraId="3310C520" w14:textId="77777777" w:rsidR="00EE3E95" w:rsidRDefault="00EE3E95">
      <w:pPr>
        <w:pBdr>
          <w:bottom w:val="single" w:sz="8" w:space="1" w:color="C9A24A"/>
        </w:pBdr>
        <w:spacing w:before="100" w:after="40" w:line="240" w:lineRule="auto"/>
      </w:pPr>
    </w:p>
    <w:p w14:paraId="25672768" w14:textId="77777777" w:rsidR="00EE3E95" w:rsidRDefault="00CF0589">
      <w:pPr>
        <w:spacing w:after="0" w:line="240" w:lineRule="auto"/>
        <w:jc w:val="center"/>
      </w:pPr>
      <w:r>
        <w:rPr>
          <w:color w:val="6B6B6B"/>
          <w:sz w:val="15"/>
        </w:rPr>
        <w:t>LekkerStout  |  KVK 90999223  |  BTW NL004858333B57</w:t>
      </w:r>
    </w:p>
    <w:p w14:paraId="015F7EE7" w14:textId="77777777" w:rsidR="00EE3E95" w:rsidRDefault="00CF0589">
      <w:pPr>
        <w:spacing w:after="0" w:line="240" w:lineRule="auto"/>
        <w:jc w:val="center"/>
      </w:pPr>
      <w:r>
        <w:rPr>
          <w:color w:val="6B6B6B"/>
          <w:sz w:val="15"/>
        </w:rPr>
        <w:t>www.lekker-stout.nl  |  info@lekker-stout.nl</w:t>
      </w:r>
    </w:p>
    <w:sectPr w:rsidR="00EE3E95" w:rsidSect="00034616">
      <w:pgSz w:w="11906" w:h="16838"/>
      <w:pgMar w:top="709" w:right="935" w:bottom="652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908698">
    <w:abstractNumId w:val="8"/>
  </w:num>
  <w:num w:numId="2" w16cid:durableId="1015306668">
    <w:abstractNumId w:val="6"/>
  </w:num>
  <w:num w:numId="3" w16cid:durableId="1960330995">
    <w:abstractNumId w:val="5"/>
  </w:num>
  <w:num w:numId="4" w16cid:durableId="1418985709">
    <w:abstractNumId w:val="4"/>
  </w:num>
  <w:num w:numId="5" w16cid:durableId="2039116754">
    <w:abstractNumId w:val="7"/>
  </w:num>
  <w:num w:numId="6" w16cid:durableId="49966072">
    <w:abstractNumId w:val="3"/>
  </w:num>
  <w:num w:numId="7" w16cid:durableId="1185900379">
    <w:abstractNumId w:val="2"/>
  </w:num>
  <w:num w:numId="8" w16cid:durableId="2062514213">
    <w:abstractNumId w:val="1"/>
  </w:num>
  <w:num w:numId="9" w16cid:durableId="140930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75B2"/>
    <w:rsid w:val="0029639D"/>
    <w:rsid w:val="002C6D63"/>
    <w:rsid w:val="00326F90"/>
    <w:rsid w:val="00467CA9"/>
    <w:rsid w:val="00AA1D8D"/>
    <w:rsid w:val="00B47730"/>
    <w:rsid w:val="00CB0664"/>
    <w:rsid w:val="00CF0589"/>
    <w:rsid w:val="00ED2864"/>
    <w:rsid w:val="00EE3E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80931"/>
  <w14:defaultImageDpi w14:val="300"/>
  <w15:docId w15:val="{886915EC-404A-4208-9CF2-C79D483A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eastAsia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Modelformulier voor herroeping - LekkerStout</dc:title>
  <dc:subject>Modelformulier voor het herroepen van een aankoop bij LekkerStout</dc:subject>
  <dc:creator>LekkerStout</dc:creator>
  <cp:keywords>herroeping, retour, LekkerStout, modelformulier</cp:keywords>
  <dc:description>Bewerkbaar klantformulier voor herroeping.</dc:description>
  <cp:lastModifiedBy>Ed Buys</cp:lastModifiedBy>
  <cp:revision>4</cp:revision>
  <dcterms:created xsi:type="dcterms:W3CDTF">2026-08-02T09:20:00Z</dcterms:created>
  <dcterms:modified xsi:type="dcterms:W3CDTF">2026-08-02T09:21:00Z</dcterms:modified>
  <cp:category/>
</cp:coreProperties>
</file>